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19:00-20:00 Muistelen sinua – Lohdun säveliä</w:t>
      </w:r>
    </w:p>
    <w:p>
      <w:r>
        <w:t>Jousiorkesteri Aventura de Arcos: Musiikillinen lohdun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