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Huvivaltio PowerPark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10:00-16:00 Mini PowerPark Valtava talvirieha 28.2.2026</w:t>
      </w:r>
    </w:p>
    <w:p>
      <w:r>
        <w:t>Mini PowerPark on lasten sisähuvipuisto, jossa riittää rutkasti vauhtia ja riemua kaikille pienemmille huvittelijoille.</w:t>
      </w:r>
    </w:p>
    <w:p>
      <w:r>
        <w:t>Lapset 1–12-v. 26€, huoltajat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