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10:00-16:00 Lempeä lakeuksilla - Eteläpohjalaisia rakkauskuvia</w:t>
      </w:r>
    </w:p>
    <w:p>
      <w:r>
        <w:t>Valokuvaaja Sirkku Roihuvirran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