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19:00-20:00 Iltasoitto Ylihärmän yhtenäiskoululla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