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paloasema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Päivä Paloasemalla -tapahtuma Jalasjärven paloasemalla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