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Nevalenkin laavu, Ylistaro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15:00-18:00 Talvitaival, Nevalenkin laavulle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