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20:00-23:00 RODEO @ Rytmikorjaamo</w:t>
      </w:r>
    </w:p>
    <w:p>
      <w:r>
        <w:t>RODEO Rytmikorjaamolla 14.11.2025!</w:t>
      </w:r>
    </w:p>
    <w:p>
      <w:r>
        <w:t>Liput ennakkoon 35 €, Selmun jäsenet 33 € ja ovelta 38 €,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