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VALMIIXI-pienkustantamo Kurikan yhteiskoulun joulumarkkinoilla 22.11.2025</w:t>
      </w:r>
    </w:p>
    <w:p>
      <w:r>
        <w:t>Joulun lahjakirjat - lasten- &amp; luontokirjat, romaanit &amp; runokirjat - suoraan kustantajalta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