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17:30-19:00 Risteysasema 10 vuotta -tapahtuma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