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19:00-22:00 Antti Autio @ Kalevan Navetta</w:t>
      </w:r>
    </w:p>
    <w:p>
      <w:r>
        <w:t>Antti Autio 24.4.2026 @ Kalevan Navetta</w:t>
      </w:r>
    </w:p>
    <w:p>
      <w:r>
        <w:t>Liput tulevat myyntiin perjantaina 5.12.2025 klo 10:00 Tiketissä osoitteessa https://www.tiketti.fi/tapahtuma/113916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