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Keskikylän NS Harjula</w:t>
      </w:r>
    </w:p>
    <w:p>
      <w:r>
        <w:t>7.2.2026 lauantai</w:t>
      </w:r>
    </w:p>
    <w:p>
      <w:pPr>
        <w:pStyle w:val="Heading1"/>
      </w:pPr>
      <w:r>
        <w:t>7.2.2026 lauantai</w:t>
      </w:r>
    </w:p>
    <w:p>
      <w:pPr>
        <w:pStyle w:val="Heading2"/>
      </w:pPr>
      <w:r>
        <w:t>17:00-19:00 Näytelmä LAITA-HARJUSET</w:t>
      </w:r>
    </w:p>
    <w:p>
      <w:r>
        <w:t>Komedia näytelmä Laita-harjuset</w:t>
      </w:r>
    </w:p>
    <w:p>
      <w:r>
        <w:t>20€ ja alle 12v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