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järjestämä kaikille avoin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