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18:00-19:30 Mozart – Klassikoiden klassikot</w:t>
      </w:r>
    </w:p>
    <w:p>
      <w:r>
        <w:t>Mozart – Klassikoiden klassikot -konsertti to 5.3.2026 klo 18 Seinäjoki-salissa</w:t>
      </w:r>
    </w:p>
    <w:p>
      <w:r>
        <w:t>Liput: 20 - 15 - 10 €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