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Alajärvi-sali/Koulukeskuksen auditorio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15:00-16:00 SKOR: ABBA-musiikin konsertti</w:t>
      </w:r>
    </w:p>
    <w:p>
      <w:r>
        <w:t>Seinäjoen kaupunginorkesteri SKOR saapuu konsertoimaan Alajärvi-saliin Alajärven kaupungin 40 v -juhlavuoden kunniaksi.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