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13:00-14:30 Hyvinvointiviihdettä Alastaipaleen kylätalossa</w:t>
      </w:r>
    </w:p>
    <w:p>
      <w:r>
        <w:t>Viihdyttäviä luentoja mielenkiintoisista aiheista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