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20:01-00:30 LAVATANSSIT KAARIHOVILLA</w:t>
      </w:r>
    </w:p>
    <w:p>
      <w:r>
        <w:t>Teuvan KAARIHOVILLA lavatanssit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