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liikuntatalo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13:00-15:00 28. jääkäriseminaari</w:t>
      </w:r>
    </w:p>
    <w:p>
      <w:r>
        <w:t>Perinteinen jääkäriseminaari</w:t>
      </w:r>
    </w:p>
    <w:p>
      <w:r>
        <w:t>15 € seminaari- ja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