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 xml:space="preserve">10:00-14:00 Museopäivä vappuna Etelä-Pohjanmaan traktorimuseolla </w:t>
      </w:r>
    </w:p>
    <w:p>
      <w:r>
        <w:t>Etelä-Pohjanmaan traktorimuseolla vietetään vappuna 1.5.2026 museopäivää</w:t>
      </w:r>
    </w:p>
    <w:p>
      <w:r>
        <w:t>Pääsymaksu aikuisilta 10€, lapset alle 10v. ilmaiseksi.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