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 / Kuharanta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12:30-15:00 Kuortane Golf Kuharannan perinteinen äitienpäivälounas</w:t>
      </w:r>
    </w:p>
    <w:p>
      <w:r>
        <w:t>Äitienpäivälounas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