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Veikkolan pesäpallostadion</w:t>
      </w:r>
    </w:p>
    <w:p>
      <w:r>
        <w:t>20.5.2026 keskiviikko</w:t>
      </w:r>
    </w:p>
    <w:p>
      <w:pPr>
        <w:pStyle w:val="Heading1"/>
      </w:pPr>
      <w:r>
        <w:t>20.5.2026 keskiviikko</w:t>
      </w:r>
    </w:p>
    <w:p>
      <w:pPr>
        <w:pStyle w:val="Heading2"/>
      </w:pPr>
      <w:r>
        <w:t>18:00-21:00 NAISTEN YKKÖSPESISTÄ VEIKKOLASSA</w:t>
      </w:r>
    </w:p>
    <w:p>
      <w:r>
        <w:t>Naisten ykköspesisottelu: Lappajärvi - Siilinjärvi</w:t>
      </w:r>
    </w:p>
    <w:p>
      <w:r>
        <w:t>Kausikortti 90€ / Pääsylippu 9€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