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22:00-02:00 PANDORA (SWE) LA 6.6 HALKOSAARI LAPPAJÄRVI</w:t>
      </w:r>
    </w:p>
    <w:p>
      <w:r>
        <w:t>Pandora – Queen of Eurodance saapuu Halkosaareen kesäkauden avajaisiin la 6.6. Ennakkoliput myynnissä LIPPU.FI</w:t>
      </w:r>
    </w:p>
    <w:p>
      <w:r>
        <w:t>LIPUT OVELTA 25€ LIPUT ENNAKKOON 23€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