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3.4.2026 perjantai</w:t>
      </w:r>
    </w:p>
    <w:p>
      <w:pPr>
        <w:pStyle w:val="Heading1"/>
      </w:pPr>
      <w:r>
        <w:t>3.4.2026-4.4.2026</w:t>
      </w:r>
    </w:p>
    <w:p>
      <w:pPr>
        <w:pStyle w:val="Heading2"/>
      </w:pPr>
      <w:r>
        <w:t>22:00-04:00 DJ ICE K &amp; JYSÄRI DANCE TOUR</w:t>
      </w:r>
    </w:p>
    <w:p>
      <w:r>
        <w:t xml:space="preserve">Hotel Kurikassa kuukauden ensimmäinen perjantai on bileperjantai! </w:t>
      </w:r>
    </w:p>
    <w:p>
      <w:r>
        <w:t>Ennakkolippu Tiketistä 24,90€ (myynnissä myös majoituspaketti!)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