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 Kurikka</w:t>
      </w:r>
    </w:p>
    <w:p>
      <w:r>
        <w:t>1.5.2026 perjantai</w:t>
      </w:r>
    </w:p>
    <w:p>
      <w:pPr>
        <w:pStyle w:val="Heading1"/>
      </w:pPr>
      <w:r>
        <w:t>1.5.2026-2.5.2026</w:t>
      </w:r>
    </w:p>
    <w:p>
      <w:pPr>
        <w:pStyle w:val="Heading2"/>
      </w:pPr>
      <w:r>
        <w:t>22:00-04:00 CHORALE</w:t>
      </w:r>
    </w:p>
    <w:p>
      <w:r>
        <w:t xml:space="preserve">Hotel Kurikassa kuukauden ensimmäinen perjantai on bileperjantai! </w:t>
      </w:r>
    </w:p>
    <w:p>
      <w:r>
        <w:t>Ennakkolippu Tiketistä 24,90€ (myynnissä myös majoituspaketti!)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