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 xml:space="preserve">16:00-17:00 My Story - Petrus Schroderus </w:t>
      </w:r>
    </w:p>
    <w:p>
      <w:r>
        <w:t>𝙃𝙔𝙑𝘼̈𝙉𝙏𝙀𝙆𝙀𝙑𝘼̈𝙄𝙎𝙔𝙔𝙎𝙆𝙊𝙉𝙎𝙀𝙍𝙏𝙏𝙄 𝙃𝙀𝙇𝘼𝙏𝙊𝙍𝙎𝙏𝘼𝙄𝙉𝘼 𝟭𝟰.𝟱. 𝙆𝙇𝙊 𝟭𝟲 𝙆𝘼𝙐𝙃𝘼𝙅𝙊𝙀𝙉 𝙆𝙄𝙍𝙆𝙊𝙎𝙎𝘼</w:t>
      </w:r>
    </w:p>
    <w:p>
      <w:r>
        <w:t>Liput ennakkoon 20 € ja kirkon ovelta 25 € tuntia ennen konserttia.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