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>10:00-19:00 Aki Filanderin Rauhankukkalähiöstä -valokuvanäyttely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