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 nuorisotilat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12:00-16:00 Kuortaneen Ohjaamo avoinna</w:t>
      </w:r>
    </w:p>
    <w:p>
      <w:r>
        <w:t>Alle 30-vuotiaille suunnattu maksuton matalan kynnyksen moniammatillinen neuvonta- ja ohjauspiste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