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Lehtimäen seurakuntakoti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18:00-20:00 Lehtimäen kevätkonsertti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