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Kukunmaja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18:00-02:30 Kuhinarock</w:t>
      </w:r>
    </w:p>
    <w:p>
      <w:r>
        <w:t>Rock-tapahtuma Kuortaneen kukunmajalla.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