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18:00-22:00 Kauhumaastokävely 2026: Transcendence</w:t>
      </w:r>
    </w:p>
    <w:p>
      <w:r>
        <w:t>Pimeys ei saavu tänä vuonna yksin. Illan laskeutuessa Ähtärin ylle, myös matkailualue herää toisenlaisena.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