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18:00-19:00 Kitara soi!</w:t>
      </w:r>
    </w:p>
    <w:p>
      <w:r>
        <w:t>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