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 - tapahtuma Evijärven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