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 - tapahtuma Lappajärven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