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14:00-18:00 Ylihärmän Elotryskööt - Elotori</w:t>
      </w:r>
    </w:p>
    <w:p>
      <w:r>
        <w:t>Elotori tapahtuma osana Ylihärmän Elotrysköötä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