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Nappo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20:00-23:55 LIVEMUSAA NAPOSSA: Trubaduuri Jukka Järvenpää - JUGIBOX</w:t>
      </w:r>
    </w:p>
    <w:p>
      <w:r>
        <w:t>Ravintola Napon Elokuun live-illassa yleisö valitsee mitä Jukka listaltaan soittaa</w:t>
      </w:r>
    </w:p>
    <w:p>
      <w:r>
        <w:t>Ilmainen sisäänpääsy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