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Steiner-koulu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17:00-20:00 Tutustu joogaan! Astanga, yin, meditointi, äänimaljat</w:t>
      </w:r>
    </w:p>
    <w:p>
      <w:r>
        <w:t>Tutustu joogan eri muotoihin tai tule vain aloittamaan jopgasyksyä!</w:t>
      </w:r>
    </w:p>
    <w:p>
      <w:r>
        <w:t>Kaikki tunnit yhteensä 15e, yksittäinen tunti 7e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