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Steiner-koulu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18:00-20:00 Astangajoogan tekniikka- ja kertauskurssi</w:t>
      </w:r>
    </w:p>
    <w:p>
      <w:r>
        <w:t xml:space="preserve">Tutustu ja kertaa astangajoogaa. </w:t>
      </w:r>
    </w:p>
    <w:p>
      <w:r>
        <w:t>25 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