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Nummijärvi Camping</w:t>
      </w:r>
    </w:p>
    <w:p>
      <w:r>
        <w:t>22.8.2026 lauantai</w:t>
      </w:r>
    </w:p>
    <w:p>
      <w:pPr>
        <w:pStyle w:val="Heading1"/>
      </w:pPr>
      <w:r>
        <w:t>22.8.2026-23.8.2026</w:t>
      </w:r>
    </w:p>
    <w:p>
      <w:pPr>
        <w:pStyle w:val="Heading2"/>
      </w:pPr>
      <w:r>
        <w:t>21:00-01:30 POJU la 22.8 Nummijärvellä</w:t>
      </w:r>
    </w:p>
    <w:p>
      <w:r>
        <w:t>POJU saapuu Nummijärvelle la 22.8!</w:t>
      </w:r>
    </w:p>
    <w:p>
      <w:r>
        <w:t>15€ portilta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