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18:00-19:00 Lukupiiri Jurvan kirjastossa</w:t>
      </w:r>
    </w:p>
    <w:p>
      <w:r>
        <w:t>Lukupiiri Jurvan kirjastossa</w:t>
      </w:r>
    </w:p>
    <w:p>
      <w:r>
        <w:t>17 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