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Orisbergin toimintakeskus</w:t>
      </w:r>
    </w:p>
    <w:p>
      <w:r>
        <w:t>1.8.2026 lauantai</w:t>
      </w:r>
    </w:p>
    <w:p>
      <w:pPr>
        <w:pStyle w:val="Heading1"/>
      </w:pPr>
      <w:r>
        <w:t>1.8.2026 lauantai</w:t>
      </w:r>
    </w:p>
    <w:p>
      <w:pPr>
        <w:pStyle w:val="Heading2"/>
      </w:pPr>
      <w:r>
        <w:t>17:00-19:30 Teatteriesitys Kolme puuta</w:t>
      </w:r>
    </w:p>
    <w:p>
      <w:r>
        <w:t>Koko perheen vauhdikas sekä tanssia ja laulua sisältävä näytelmä</w:t>
      </w:r>
    </w:p>
    <w:p>
      <w:r>
        <w:t xml:space="preserve">17€ aikuinen 12€ 5-12v 40€ perhelippu ( kaksi aikuista ja kolme alle 18v.)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