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museo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19:00-20:30 Lakeuksien lukko - ulkoilmaelokuvanäytös</w:t>
      </w:r>
    </w:p>
    <w:p>
      <w:r>
        <w:t>Koe Lakeuksien lukko alkuperäisellä kuvauspaikalla Törnävän kartanon puistossa!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