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 xml:space="preserve">17:30-19:00 Peräseinäjoen kirjaston KURINPIIRI </w:t>
      </w:r>
    </w:p>
    <w:p>
      <w:r>
        <w:t>Peräseinäjoen kirjaston KURINPIIRI joka toinen keskiviikko klo 17.30 19.8.2026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