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16:30-19:30 Luonto tuo meidät yhteen</w:t>
      </w:r>
    </w:p>
    <w:p>
      <w:r>
        <w:t>Tutustu helposti saavutettavaan Seinäjoen lähiluontoon! Maksuton selkosuomeksi tapahtuma luonnon hyvinvoinnista ja yhdessä liikkumisesta.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