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11.8.2026 tiistai</w:t>
      </w:r>
    </w:p>
    <w:p>
      <w:pPr>
        <w:pStyle w:val="Heading1"/>
      </w:pPr>
      <w:r>
        <w:t>11.8.2026-18.8.2026</w:t>
      </w:r>
    </w:p>
    <w:p>
      <w:pPr>
        <w:pStyle w:val="Heading2"/>
      </w:pPr>
      <w:r>
        <w:t>00:00-18:00 Teatteri Lapuan uusi nuorten teatteriryhmä</w:t>
      </w:r>
    </w:p>
    <w:p>
      <w:r>
        <w:t>Teatteri Lapua perustaa uuden nuorten teatteriryhmän, jonka toiminta starttaa elokuussa.</w:t>
      </w:r>
    </w:p>
    <w:p>
      <w:r>
        <w:t>Ryhmän osallistumismaksuna toimii Teatteri Lapuan vuosittainen jäsenmaksu, tarkemmat maksuohjeet annetaan ensimmäisellä tapaamiskerralla. Teatteri Lapuan jäsenmaksut vuonna 2026: Aikuiset 20€/vuosi – Opiskelijat, työnhakijat, eläkkeensaajat ja varushenkilöt 10€/vuosi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