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6.11.2026 perjantai</w:t>
      </w:r>
    </w:p>
    <w:p>
      <w:pPr>
        <w:pStyle w:val="Heading1"/>
      </w:pPr>
      <w:r>
        <w:t>6.11.2026-7.2.2027</w:t>
      </w:r>
    </w:p>
    <w:p>
      <w:pPr>
        <w:pStyle w:val="Heading2"/>
      </w:pPr>
      <w:r>
        <w:t>18:00-16:30 Kekkosen tytär - pohjalaista presidenttipeliä</w:t>
      </w:r>
    </w:p>
    <w:p>
      <w:r>
        <w:t>Hersyvä menestyskomedia Kekkosen tytär, jossa tarinan keskiössä ovat pohjalainen huumoritykitys, vahvat naishahmot ja perhesalaisuudet.</w:t>
      </w:r>
    </w:p>
    <w:p>
      <w:r>
        <w:t>Peruslippu 28€ – Alelippu 26€ (eläkkeensaaja / opiskelija / varusmies / työnhakija) – Ryhmät 25€/hlö (10 hlö tai yli, ryhmävaraukset sähköpostitse teatteri@teatterilapua.fi) – Lisäksi myös pyörätuolipaikat, sekä avustajan kanssa saavuttaessa varaukset tehtävä sähköpostitse teatteri@teatterilapua.fi –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