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14:00-16:00 ROOLITUSTILAISUUS: Kotimainen draamakomedia</w:t>
      </w:r>
    </w:p>
    <w:p>
      <w:r>
        <w:t>Keväällä ensi-iltaan tulevan kotimaisen draamakomedian roolitustilaisuus LA 15.8. klo 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