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Elinkeinotaloa, Huhtalantie 2, Seinäjoki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17:30-20:00 Petra Hintikainen:  Ufot, planeetta Serpo ja tiesmitä!</w:t>
      </w:r>
    </w:p>
    <w:p>
      <w:r>
        <w:t>Petra Hintikainen:  Ufot, planeetta Serpo ja tiesmitä!</w:t>
      </w:r>
    </w:p>
    <w:p>
      <w:r>
        <w:t>Oviraha: Jäsenet 10 €,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