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19:00-20:30 Kesäillan sellomusiikkia</w:t>
      </w:r>
    </w:p>
    <w:p>
      <w:r>
        <w:t>Esiintyjänä Sellokvintetti Jalo, jossa esiintyy mm Turun sellokilpaikun voittaja Artturi Aalto ja Itäkylän oma poika Otto-Aaron Takala.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