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kerhotalo, Kouran liikuntahalli, Peräseinäjoen kirjasto ja Ylistaron kirjasto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13:00-14:00 Seinäjoen kaupungin KAIKKI ryhmätoiminnat IKÄÄNTYNEILLE  Viikosta 36 eteenpäin</w:t>
      </w:r>
    </w:p>
    <w:p>
      <w:r>
        <w:t>Ryhmätoiminnat: Kahvikekkerit, tuolijumppa sekä Seniorisinkkuklubi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