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18:00-21:00 Anttoni Koivulan pop-up ruokailut Elsa Resortissa</w:t>
      </w:r>
    </w:p>
    <w:p>
      <w:r>
        <w:t>Kauhajoelta lähtöisin oleva Anttoni Koivula järjestää avoimet pop-up ruokailut. Viiden ruokalajin menu suomalaista ruokaa kunnioittaen.</w:t>
      </w:r>
    </w:p>
    <w:p>
      <w:r>
        <w:t>58€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