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20.8.2026 torstai</w:t>
      </w:r>
    </w:p>
    <w:p>
      <w:pPr>
        <w:pStyle w:val="Heading1"/>
      </w:pPr>
      <w:r>
        <w:t>20.8.2026 torstai</w:t>
      </w:r>
    </w:p>
    <w:p>
      <w:pPr>
        <w:pStyle w:val="Heading2"/>
      </w:pPr>
      <w:r>
        <w:t>11:00-19:00 Gabriella Presnal: Meadow Pods</w:t>
      </w:r>
    </w:p>
    <w:p>
      <w:r>
        <w:t>Tule tutustumaan kesäkuvataiteilijan yhden päivän pop-up näyttelyyn Seinäjoen taidehallille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